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Checklist de préparation du Jour J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coordonne les RH, le manager, la DSI et les services généraux. Chaque tâche doit avoir un responsable, une date cible et une preuve de réalisation.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Nom du collaborateur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Poste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Entité et site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Manager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d’arrivée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 RH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Parrain ou marraine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Pré-intégration et dossier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Tâche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Offre acceptée et date confirmée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Contrat préparé selon le circuit validé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Information sur les données transmise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Pièces nécessaires reçues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Pièces contrôlées sans ressaisie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Coordonnées bancaires vérifiées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à charge contrôlées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Dossier paie créé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Contact pré-arrivée envoyé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Équipements accès et accueil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Tâche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Matricule créé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Adresse électronique créée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Poste de travail configuré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Applications métiers attribuées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sensibles approuvés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Badge préparé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Téléphone ou équipement remis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Poste et espace préparés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Programme de première journée transmis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Déjeuner ou temps d’accueil planifié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Équipe informée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Parrain ou marraine briefé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Validation finale</w:t>
      </w:r>
    </w:p>
    <w:p>
      <w:pPr>
        <w:spacing w:after="140" w:line="264" w:lineRule="auto"/>
      </w:pPr>
      <w:r>
        <w:rPr>
          <w:rFonts w:ascii="Arial" w:hAnsi="Arial"/>
          <w:sz w:val="21"/>
        </w:rPr>
        <w:t>Toute tâche critique non réalisée doit avoir une solution de remplacement acceptée avant l’arrivée.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Date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Dossier administratif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Paie et déclarations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Matériel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essentiels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Accueil manager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Planning première semaine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 sécurité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Solution de secours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Jour J prêt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Oui / Oui avec réserve / Non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Réserves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 et responsable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          Manager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