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Périmètre et escalade pour un assistant 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direction RH à décider ce que l’assistant peut expliquer, consulter, préparer ou transmettre. Elle formalise les exclusions, les responsables et les délais de reprise humaine avant le lancement du service.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de cadrage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périmètre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Sponsor RH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opérationnel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Prestataire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pilote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validation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Inventaire des demandes</w:t>
      </w:r>
    </w:p>
    <w:p>
      <w:pPr>
        <w:spacing w:after="140" w:line="264" w:lineRule="auto"/>
      </w:pPr>
      <w:r>
        <w:rPr>
          <w:rFonts w:ascii="Arial" w:hAnsi="Arial"/>
          <w:sz w:val="21"/>
        </w:rPr>
        <w:t>Recenser les demandes réellement reçues par les RH. Classer chaque intention selon son volume, sa sensibilité et le niveau de service autorisé.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Intention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Sensibilité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Référent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Escalade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Solde d’absence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INT-02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Procédure de congé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INT-03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Attestation de travail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INT-04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Suivi d’une demande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INT-05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Politique de formation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INT-06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Mobilité interne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INT-07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Rubrique de paie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INT-08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Avantages sociaux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INT-09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Mise à jour du dossier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INT-10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Écart de paie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INT-11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Évaluation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INT-12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Situation de santé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INT-13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Alerte sensible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INT-14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Disciplinaire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INT-15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Départ de l’entreprise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F ☐ M ☐ H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Info</w:t>
              <w:br/>
              <w:t>☐ Consult.</w:t>
              <w:br/>
              <w:t>☐ Action</w:t>
              <w:br/>
              <w:t>☐ Humain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Décisions de périmètre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rPr>
          <w:tblHeader w:val="true"/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Sujet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Autorisé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Sous conditions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Interdit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 ou justification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générale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Consultation d’une donnée individuelle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Création d’un document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Déclenchement d’un workflow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Explication de la paie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Conseil juridique individuel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Qualification d’un signalement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 sur un collaborateur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Information de santé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8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Conversation sur un conflit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</w:t>
            </w:r>
          </w:p>
        </w:tc>
        <w:tc>
          <w:tcPr>
            <w:tcW w:type="dxa" w:w="396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Scénarios prioritaires</w:t>
      </w:r>
    </w:p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Scénario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Intention et utilisateurs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Formulations possibles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nécessaires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Réponse ou action attendue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Authentification requise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Cas de refus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d’escalade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File de destination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Preuve conservée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Scénario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Intention et utilisateurs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Formulations possibles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nécessaires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Réponse ou action attendue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Authentification requise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Cas de refus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d’escalade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File de destination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Preuve conservée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Scénario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Intention et utilisateurs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Formulations possibles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nécessaires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Réponse ou action attendue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Authentification requise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Cas de refus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Déclencheur d’escalade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File de destination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Preuve conservée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Matrice d’escalade humaine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Déclencheur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Priorité</w:t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Destination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Délai</w:t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Contexte transmis</w:t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Accusé</w:t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 explicite d’un humain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Confiance insuffisante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Trois reformulations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Réclamation de paie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Harcèlement ou discrimination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Santé ou mal-être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Disciplinaire ou conflit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Incident de données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6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15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36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Validation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Périmètre autorisé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Sujets exclus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Horaires de reprise humaine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Délai maximal annoncé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Lancer le pilote   ☐ Corriger   ☐ Suspendre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69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DRH :                 DSI :                 Conformité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