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Dictionnaire des indicateurs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stabilise les définitions, les sources, les calculs et les responsabilités afin que les indicateurs restent comparables dans le temps et compréhensibles par les décideurs.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de gouvernance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périmètre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 de référence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Propriétaire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des données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Systèmes sources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Fréquence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Effectifs et mouvements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Exclusions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Resp.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Effectif inscrit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Effectif moyen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Entrées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Départs volontaires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Autres départs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Turnover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Mobilité interne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Promotion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Temps et engagement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Exclusions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Resp.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Absentéisme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Fréquence des absences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 moyenne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réponse enquête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Score d’engagement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eNPS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Congés consommés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Compétences et performance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Exclusions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Resp.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à la formation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Heures de formation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Achèvement formation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Mobilité après formation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Évaluation de performance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avant autonomie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Définitions approuvées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Oui / Avec réserves / Non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Écarts à corriger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d’effet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   Finance :          Données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