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Trame de business case et suivi du ROI SIRH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structure les bénéfices, les scénarios, les flux financiers et le suivi après déploiement. Elle évite de présenter le temps libéré comme une économie automatique.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Cadre du projet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Projet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Périmètre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Résultat attendu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Horizon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Sponsor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des bénéfices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décision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mise en service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Bénéfices directs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Hypothèse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Méthode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Prudent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Central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Favorable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Licence retirée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Prestation arrêtée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Recrutement évité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Erreur évitée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Impression ou stockage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Coût de traitement réduit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Capacité et valeur opérationnelle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Hypothèse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Méthode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Prudent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Central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Favorable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Temps réaffecté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Croissance absorbée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Contrôle renforcé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Délai réduit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Qualité de service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Risque réduit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Scénarios et sensibilité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Hypothèse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Méthode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Prudent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Central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Favorable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Adoption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Retard de déploiement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Coût d’intégration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Taux de réalisation des gains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Croissance des effectifs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66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Aide publique confirmée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Flux et indicateurs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Période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Coûts</w:t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Gains encaissables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Capacité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Flux net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Cumul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Année 0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Année 1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Année 2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Année 3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Année 4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Année 5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Décision et suivi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ROI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Délai de récupération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VAN si calculée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Approuver / Corriger / Refuser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Conditions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Revue à trois mois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Revue à six mois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Revue à douze mois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