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Fiche d’interprétation d’un résultat d’assessment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aide le recruteur et le manager à replacer le score dans les conditions de passation, à préparer l’entretien de restitution et à documenter une décision fondée sur plusieurs preuves.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Contexte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Identifiant candidat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Poste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Test et version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Compétence mesurée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passation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Durée prévue et réelle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Aménagement accordé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Incident signalé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Évaluateur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Lecture du résultat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Dimension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Score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Repère</w:t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Limite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À vérifier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Compétence 1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Compétence 2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Compétence 3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Compétence 4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Compétence 5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Résultat global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Entretien de restitution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Point à approfondir</w:t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Réponse factuelle</w:t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Conclusion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Choix réalisé dans le test</w:t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Méthode de résolution</w:t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Vérification du résultat</w:t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Gestion du temps</w:t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Écart ou erreur</w:t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Usage éventuel de l’IA</w:t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Transfert au contexte du poste</w:t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Besoin de développement</w:t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Décision multisource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Source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Résultat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Poids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Concordance</w:t>
            </w:r>
          </w:p>
        </w:tc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Commentaire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CV et expérience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Test ou mise en situation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Entretien structuré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Références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Autre preuve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Conclusion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Poursuivre / Compléter / Refuser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Motifs liés au poste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Réserve ou incident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Aménagement futur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Signatures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Recruteur :          Manager :</w:t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