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Matrice de priorisation et feuille de route RH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relie chaque chantier à sa valeur, ses risques, ses dépendances, son coût complet et ses critères de passage avant de programmer les vagues de déploiement.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Cadre stratégique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Priorité de l’entreprise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Résultat RH attendu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Horizon de planification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Budget indicatif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Sponsor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Direction RH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Direction SI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d’arbitrage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Priorisation des chantiers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rPr>
          <w:tblHeader w:val="true"/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Chantier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Valeur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Risque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Dépendance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Faisabilité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Adoption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Rang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Core RH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Paie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Temps et activités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Portail collaborateur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Portail manager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Recrutement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Formation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Performance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People Analytics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Vague 1 Fondations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Livrable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Prérequis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Budget</w:t>
            </w: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Critère de sortie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Date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Processus cible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Données prêtes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Paramétrage et interfaces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Recette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Formation et support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Déploiement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Vague 2 Services et workflows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Livrable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Prérequis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Budget</w:t>
            </w: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Critère de sortie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Date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Processus cible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Données prêtes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Paramétrage et interfaces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Recette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Formation et support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Déploiement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Vague 3 Talents et analytique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Livrable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Prérequis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Budget</w:t>
            </w: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Critère de sortie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Date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Processus cible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Données prêtes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Paramétrage et interfaces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Recette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Formation et support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Déploiement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Décision de passage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Vague examinée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Passer / Corriger / Suspendre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Incidents critiques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Conditions restantes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Nouvelle échéance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Validation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DG :       RH :       DSI :</w:t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