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Trame de revue managériale par la donnée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le manager à transformer un signal RH en conversation, en action proportionnée et en suivi. Elle évite qu’un indicateur isolé devienne un verdict.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Cadre de la revue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Équipe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Manager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HRBP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Période observée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Source des données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la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Priorité opérationnelle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Lire le signal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Étape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Constat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Date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Fait observé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Date et période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Définition de l’indicateur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Fraîcheur de la donnée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Comparaison pertinente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Erreur possible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Comprendre le contexte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Étape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Constat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Date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Hypothèse à vérifier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Événement explicatif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Point de vue du collaborateur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Contrainte d’organisation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Facteur collectif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Besoin d’appui RH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Décider et suivre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Étape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Constat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Date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Conversation à organiser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Action du manager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Action RH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Responsable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Échéance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Indicateur de suivi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Résultat constaté</w:t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Contrôle avant clôture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48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Oui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Non</w:t>
            </w: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Le fait est vérifié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Le collaborateur a été entendu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La décision relève du manager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Les données utilisées sont nécessaires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Une date de suivi est fixée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L’accès peut être clôturé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